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58AF0" w14:textId="48316FBC" w:rsidR="001B5CF4" w:rsidRPr="008F3463" w:rsidRDefault="008F3463" w:rsidP="008F3463">
      <w:pPr>
        <w:pStyle w:val="Heading1"/>
        <w:jc w:val="center"/>
        <w:rPr>
          <w:b w:val="0"/>
          <w:color w:val="000000" w:themeColor="text1"/>
          <w:sz w:val="44"/>
          <w:szCs w:val="4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 w:val="0"/>
          <w:noProof/>
          <w:color w:val="000000" w:themeColor="text1"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9847AE" wp14:editId="522CBCE7">
                <wp:simplePos x="0" y="0"/>
                <wp:positionH relativeFrom="column">
                  <wp:posOffset>4908550</wp:posOffset>
                </wp:positionH>
                <wp:positionV relativeFrom="paragraph">
                  <wp:posOffset>615950</wp:posOffset>
                </wp:positionV>
                <wp:extent cx="1174750" cy="1282700"/>
                <wp:effectExtent l="57150" t="19050" r="82550" b="88900"/>
                <wp:wrapNone/>
                <wp:docPr id="4516545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1282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D663B3" id="Rectangle 1" o:spid="_x0000_s1026" style="position:absolute;margin-left:386.5pt;margin-top:48.5pt;width:92.5pt;height:10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" fillcolor="white [3212]" strokecolor="black [3213]">
                <v:shadow on="t" color="black" opacity="22937f" origin=",.5" offset="0,.63889mm"/>
              </v:rect>
            </w:pict>
          </mc:Fallback>
        </mc:AlternateContent>
      </w:r>
      <w:r w:rsidRPr="008F3463">
        <w:rPr>
          <w:b w:val="0"/>
          <w:color w:val="000000" w:themeColor="text1"/>
          <w:sz w:val="44"/>
          <w:szCs w:val="4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HAPPY HOURS NURSERY SCHOOL</w:t>
      </w:r>
    </w:p>
    <w:p w14:paraId="32ED877B" w14:textId="77777777" w:rsidR="008F3463" w:rsidRDefault="008F3463" w:rsidP="008F3463"/>
    <w:p w14:paraId="2D6C00F0" w14:textId="77777777" w:rsidR="008F3463" w:rsidRPr="008F3463" w:rsidRDefault="008F3463" w:rsidP="008F3463">
      <w:pPr>
        <w:rPr>
          <w:u w:val="single"/>
        </w:rPr>
      </w:pPr>
    </w:p>
    <w:p w14:paraId="576FC9AA" w14:textId="555BF0E4" w:rsidR="001B5CF4" w:rsidRPr="008F3463" w:rsidRDefault="008F3463" w:rsidP="008F3463">
      <w:pPr>
        <w:rPr>
          <w:u w:val="single"/>
        </w:rPr>
      </w:pPr>
      <w:r>
        <w:t xml:space="preserve">                                                  </w:t>
      </w:r>
      <w:r w:rsidRPr="008F3463">
        <w:rPr>
          <w:u w:val="single"/>
        </w:rPr>
        <w:t>PRE-PRIMARY ADMISSION FORM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1B5CF4" w14:paraId="077282E3" w14:textId="77777777">
        <w:trPr>
          <w:jc w:val="center"/>
        </w:trPr>
        <w:tc>
          <w:tcPr>
            <w:tcW w:w="4320" w:type="dxa"/>
          </w:tcPr>
          <w:p w14:paraId="76986C9A" w14:textId="77916CEB" w:rsidR="001B5CF4" w:rsidRDefault="00000000">
            <w:r>
              <w:t>Academic Year: __________</w:t>
            </w:r>
          </w:p>
        </w:tc>
        <w:tc>
          <w:tcPr>
            <w:tcW w:w="4320" w:type="dxa"/>
          </w:tcPr>
          <w:p w14:paraId="508B34B9" w14:textId="7E3A0D90" w:rsidR="001B5CF4" w:rsidRDefault="008F3463">
            <w:r>
              <w:t xml:space="preserve">                PASSPORT SIZE PHOTO:</w:t>
            </w:r>
          </w:p>
        </w:tc>
      </w:tr>
    </w:tbl>
    <w:p w14:paraId="4F140499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20686EE0" w14:textId="77777777">
        <w:tc>
          <w:tcPr>
            <w:tcW w:w="8640" w:type="dxa"/>
          </w:tcPr>
          <w:p w14:paraId="4E013C05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CHILD DETAILS</w:t>
            </w:r>
          </w:p>
        </w:tc>
      </w:tr>
      <w:tr w:rsidR="001B5CF4" w:rsidRPr="00076547" w14:paraId="77064654" w14:textId="77777777">
        <w:tc>
          <w:tcPr>
            <w:tcW w:w="8640" w:type="dxa"/>
          </w:tcPr>
          <w:p w14:paraId="61723FCB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Student Name: ______________________________________________</w:t>
            </w:r>
          </w:p>
        </w:tc>
      </w:tr>
      <w:tr w:rsidR="001B5CF4" w:rsidRPr="00076547" w14:paraId="0EBD5F52" w14:textId="77777777">
        <w:tc>
          <w:tcPr>
            <w:tcW w:w="8640" w:type="dxa"/>
          </w:tcPr>
          <w:p w14:paraId="46C500D2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Date of Birth: __________________   Age: _________________</w:t>
            </w:r>
          </w:p>
        </w:tc>
      </w:tr>
      <w:tr w:rsidR="001B5CF4" w:rsidRPr="00076547" w14:paraId="6A24328A" w14:textId="77777777">
        <w:tc>
          <w:tcPr>
            <w:tcW w:w="8640" w:type="dxa"/>
          </w:tcPr>
          <w:p w14:paraId="11FE76E7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Gender: ________________________  Blood Group: __________</w:t>
            </w:r>
          </w:p>
        </w:tc>
      </w:tr>
      <w:tr w:rsidR="001B5CF4" w:rsidRPr="00076547" w14:paraId="5023B395" w14:textId="77777777">
        <w:tc>
          <w:tcPr>
            <w:tcW w:w="8640" w:type="dxa"/>
          </w:tcPr>
          <w:p w14:paraId="09B3C1EF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Nationality: _____________________________________________</w:t>
            </w:r>
          </w:p>
        </w:tc>
      </w:tr>
      <w:tr w:rsidR="001B5CF4" w:rsidRPr="00076547" w14:paraId="0473F8A8" w14:textId="77777777">
        <w:tc>
          <w:tcPr>
            <w:tcW w:w="8640" w:type="dxa"/>
          </w:tcPr>
          <w:p w14:paraId="04AD3918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Aadhaar No. (Optional): __________________________________</w:t>
            </w:r>
          </w:p>
        </w:tc>
      </w:tr>
    </w:tbl>
    <w:p w14:paraId="7016FB94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699A9A89" w14:textId="77777777">
        <w:tc>
          <w:tcPr>
            <w:tcW w:w="8640" w:type="dxa"/>
          </w:tcPr>
          <w:p w14:paraId="3CBE3F99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CLASS APPLIED FOR</w:t>
            </w:r>
          </w:p>
        </w:tc>
      </w:tr>
      <w:tr w:rsidR="001B5CF4" w:rsidRPr="00076547" w14:paraId="605A66D9" w14:textId="77777777">
        <w:tc>
          <w:tcPr>
            <w:tcW w:w="8640" w:type="dxa"/>
          </w:tcPr>
          <w:p w14:paraId="6B275E52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☐ Playgroup    ☐ Nursery    ☐ Junior KG    ☐ Senior KG</w:t>
            </w:r>
          </w:p>
        </w:tc>
      </w:tr>
    </w:tbl>
    <w:p w14:paraId="072884CD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71B20CB6" w14:textId="77777777">
        <w:tc>
          <w:tcPr>
            <w:tcW w:w="8640" w:type="dxa"/>
          </w:tcPr>
          <w:p w14:paraId="387B6A84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PARENT / GUARDIAN DETAILS</w:t>
            </w:r>
          </w:p>
        </w:tc>
      </w:tr>
      <w:tr w:rsidR="001B5CF4" w:rsidRPr="00076547" w14:paraId="1DDD2017" w14:textId="77777777">
        <w:tc>
          <w:tcPr>
            <w:tcW w:w="8640" w:type="dxa"/>
          </w:tcPr>
          <w:p w14:paraId="569E9C40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Father's Name: ___________________________________________</w:t>
            </w:r>
          </w:p>
        </w:tc>
      </w:tr>
      <w:tr w:rsidR="001B5CF4" w:rsidRPr="00076547" w14:paraId="6913EA8F" w14:textId="77777777">
        <w:tc>
          <w:tcPr>
            <w:tcW w:w="8640" w:type="dxa"/>
          </w:tcPr>
          <w:p w14:paraId="4724C7DB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Occupation: _____________________________________________</w:t>
            </w:r>
          </w:p>
        </w:tc>
      </w:tr>
      <w:tr w:rsidR="001B5CF4" w:rsidRPr="00076547" w14:paraId="580EF63C" w14:textId="77777777">
        <w:tc>
          <w:tcPr>
            <w:tcW w:w="8640" w:type="dxa"/>
          </w:tcPr>
          <w:p w14:paraId="3C1A4D29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Mobile Number: __________________________________________</w:t>
            </w:r>
          </w:p>
        </w:tc>
      </w:tr>
      <w:tr w:rsidR="001B5CF4" w:rsidRPr="00076547" w14:paraId="6A3E95AB" w14:textId="77777777">
        <w:tc>
          <w:tcPr>
            <w:tcW w:w="8640" w:type="dxa"/>
          </w:tcPr>
          <w:p w14:paraId="51093B8E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Mother's Name: ___________________________________________</w:t>
            </w:r>
          </w:p>
        </w:tc>
      </w:tr>
      <w:tr w:rsidR="001B5CF4" w:rsidRPr="00076547" w14:paraId="7B285FCD" w14:textId="77777777">
        <w:tc>
          <w:tcPr>
            <w:tcW w:w="8640" w:type="dxa"/>
          </w:tcPr>
          <w:p w14:paraId="7E00AE37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Occupation: _____________________________________________</w:t>
            </w:r>
          </w:p>
        </w:tc>
      </w:tr>
      <w:tr w:rsidR="001B5CF4" w:rsidRPr="00076547" w14:paraId="55A1D676" w14:textId="77777777">
        <w:tc>
          <w:tcPr>
            <w:tcW w:w="8640" w:type="dxa"/>
          </w:tcPr>
          <w:p w14:paraId="56F023FF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Mobile Number: __________________________________________</w:t>
            </w:r>
          </w:p>
        </w:tc>
      </w:tr>
      <w:tr w:rsidR="001B5CF4" w:rsidRPr="00076547" w14:paraId="5F27F7CB" w14:textId="77777777">
        <w:tc>
          <w:tcPr>
            <w:tcW w:w="8640" w:type="dxa"/>
          </w:tcPr>
          <w:p w14:paraId="3CAD4B21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Email ID: _______________________________________________</w:t>
            </w:r>
          </w:p>
        </w:tc>
      </w:tr>
    </w:tbl>
    <w:p w14:paraId="1B5A198A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116F7E3E" w14:textId="77777777">
        <w:tc>
          <w:tcPr>
            <w:tcW w:w="8640" w:type="dxa"/>
          </w:tcPr>
          <w:p w14:paraId="6A928119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ADDRESS DETAILS</w:t>
            </w:r>
          </w:p>
        </w:tc>
      </w:tr>
      <w:tr w:rsidR="001B5CF4" w:rsidRPr="00076547" w14:paraId="38034909" w14:textId="77777777">
        <w:tc>
          <w:tcPr>
            <w:tcW w:w="8640" w:type="dxa"/>
          </w:tcPr>
          <w:p w14:paraId="7D4AC20C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Residential Address: _____________________________________</w:t>
            </w:r>
          </w:p>
        </w:tc>
      </w:tr>
      <w:tr w:rsidR="001B5CF4" w:rsidRPr="00076547" w14:paraId="6802EA53" w14:textId="77777777">
        <w:tc>
          <w:tcPr>
            <w:tcW w:w="8640" w:type="dxa"/>
          </w:tcPr>
          <w:p w14:paraId="7115AFB7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__________________________________________________________</w:t>
            </w:r>
          </w:p>
        </w:tc>
      </w:tr>
      <w:tr w:rsidR="001B5CF4" w:rsidRPr="00076547" w14:paraId="21265D2E" w14:textId="77777777">
        <w:tc>
          <w:tcPr>
            <w:tcW w:w="8640" w:type="dxa"/>
          </w:tcPr>
          <w:p w14:paraId="52E47341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City: __________________ State: ________ PIN: ___________</w:t>
            </w:r>
          </w:p>
        </w:tc>
      </w:tr>
      <w:tr w:rsidR="001B5CF4" w:rsidRPr="00076547" w14:paraId="1A8F51D0" w14:textId="77777777">
        <w:tc>
          <w:tcPr>
            <w:tcW w:w="8640" w:type="dxa"/>
          </w:tcPr>
          <w:p w14:paraId="57D17C03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Emergency Contact Number: _______________________________</w:t>
            </w:r>
          </w:p>
        </w:tc>
      </w:tr>
    </w:tbl>
    <w:p w14:paraId="0742606C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134C24FD" w14:textId="77777777">
        <w:tc>
          <w:tcPr>
            <w:tcW w:w="8640" w:type="dxa"/>
          </w:tcPr>
          <w:p w14:paraId="1879CA21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DAYCARE REQUIREMENT</w:t>
            </w:r>
          </w:p>
        </w:tc>
      </w:tr>
      <w:tr w:rsidR="001B5CF4" w:rsidRPr="00076547" w14:paraId="3B313D3B" w14:textId="77777777">
        <w:tc>
          <w:tcPr>
            <w:tcW w:w="8640" w:type="dxa"/>
          </w:tcPr>
          <w:p w14:paraId="6B33BEF2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Do you require Daycare Facility?   ☐ Yes   ☐ No</w:t>
            </w:r>
          </w:p>
        </w:tc>
      </w:tr>
      <w:tr w:rsidR="001B5CF4" w:rsidRPr="00076547" w14:paraId="7E559F1A" w14:textId="77777777">
        <w:tc>
          <w:tcPr>
            <w:tcW w:w="8640" w:type="dxa"/>
          </w:tcPr>
          <w:p w14:paraId="6B06C8E3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If Yes, Number of Hours Required: ________________________</w:t>
            </w:r>
          </w:p>
        </w:tc>
      </w:tr>
      <w:tr w:rsidR="001B5CF4" w:rsidRPr="00076547" w14:paraId="7A653FBD" w14:textId="77777777">
        <w:tc>
          <w:tcPr>
            <w:tcW w:w="8640" w:type="dxa"/>
          </w:tcPr>
          <w:p w14:paraId="35C5A55A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Preferred Timing: _______________________________________</w:t>
            </w:r>
          </w:p>
        </w:tc>
      </w:tr>
    </w:tbl>
    <w:p w14:paraId="194B31E5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64FAD3ED" w14:textId="77777777">
        <w:tc>
          <w:tcPr>
            <w:tcW w:w="8640" w:type="dxa"/>
          </w:tcPr>
          <w:p w14:paraId="74C5D7F5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MEDICAL INFORMATION</w:t>
            </w:r>
          </w:p>
        </w:tc>
      </w:tr>
      <w:tr w:rsidR="001B5CF4" w:rsidRPr="00076547" w14:paraId="12D8FCB7" w14:textId="77777777">
        <w:tc>
          <w:tcPr>
            <w:tcW w:w="8640" w:type="dxa"/>
          </w:tcPr>
          <w:p w14:paraId="05A12A1B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Any Allergies: __________________________________________</w:t>
            </w:r>
          </w:p>
        </w:tc>
      </w:tr>
      <w:tr w:rsidR="001B5CF4" w:rsidRPr="00076547" w14:paraId="73D938DB" w14:textId="77777777">
        <w:tc>
          <w:tcPr>
            <w:tcW w:w="8640" w:type="dxa"/>
          </w:tcPr>
          <w:p w14:paraId="2963C715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Medical Conditions / Special Needs: _____________________</w:t>
            </w:r>
          </w:p>
        </w:tc>
      </w:tr>
      <w:tr w:rsidR="001B5CF4" w:rsidRPr="00076547" w14:paraId="644F68DC" w14:textId="77777777">
        <w:tc>
          <w:tcPr>
            <w:tcW w:w="8640" w:type="dxa"/>
          </w:tcPr>
          <w:p w14:paraId="6F672DA8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Doctor's Name &amp; Contact Number: _________________________</w:t>
            </w:r>
          </w:p>
        </w:tc>
      </w:tr>
    </w:tbl>
    <w:p w14:paraId="5576B03D" w14:textId="77777777" w:rsidR="001B5CF4" w:rsidRPr="00076547" w:rsidRDefault="001B5CF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B5CF4" w:rsidRPr="00076547" w14:paraId="4179552E" w14:textId="77777777">
        <w:tc>
          <w:tcPr>
            <w:tcW w:w="8640" w:type="dxa"/>
          </w:tcPr>
          <w:p w14:paraId="4553F8B7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DECLARATION</w:t>
            </w:r>
          </w:p>
        </w:tc>
      </w:tr>
      <w:tr w:rsidR="001B5CF4" w:rsidRPr="00076547" w14:paraId="4461AE99" w14:textId="77777777">
        <w:tc>
          <w:tcPr>
            <w:tcW w:w="8640" w:type="dxa"/>
          </w:tcPr>
          <w:p w14:paraId="66C5913D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I hereby declare that the information provided above is true and correct.</w:t>
            </w:r>
          </w:p>
        </w:tc>
      </w:tr>
      <w:tr w:rsidR="001B5CF4" w:rsidRPr="00076547" w14:paraId="63F6AAA0" w14:textId="77777777">
        <w:tc>
          <w:tcPr>
            <w:tcW w:w="8640" w:type="dxa"/>
          </w:tcPr>
          <w:p w14:paraId="7273EA76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Parent/Guardian Signature: ______________________________</w:t>
            </w:r>
          </w:p>
        </w:tc>
      </w:tr>
      <w:tr w:rsidR="001B5CF4" w:rsidRPr="00076547" w14:paraId="5E092B47" w14:textId="77777777">
        <w:tc>
          <w:tcPr>
            <w:tcW w:w="8640" w:type="dxa"/>
          </w:tcPr>
          <w:p w14:paraId="08FC9C69" w14:textId="77777777" w:rsidR="001B5CF4" w:rsidRPr="00076547" w:rsidRDefault="00000000">
            <w:pPr>
              <w:rPr>
                <w:sz w:val="28"/>
                <w:szCs w:val="28"/>
              </w:rPr>
            </w:pPr>
            <w:r w:rsidRPr="00076547">
              <w:rPr>
                <w:sz w:val="28"/>
                <w:szCs w:val="28"/>
              </w:rPr>
              <w:t>Date: _____________________</w:t>
            </w:r>
          </w:p>
        </w:tc>
      </w:tr>
    </w:tbl>
    <w:p w14:paraId="20CE3968" w14:textId="77777777" w:rsidR="00251AB6" w:rsidRDefault="00251AB6"/>
    <w:sectPr w:rsidR="00251AB6" w:rsidSect="008F3463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43927635">
    <w:abstractNumId w:val="8"/>
  </w:num>
  <w:num w:numId="2" w16cid:durableId="1055007593">
    <w:abstractNumId w:val="6"/>
  </w:num>
  <w:num w:numId="3" w16cid:durableId="263343533">
    <w:abstractNumId w:val="5"/>
  </w:num>
  <w:num w:numId="4" w16cid:durableId="716705039">
    <w:abstractNumId w:val="4"/>
  </w:num>
  <w:num w:numId="5" w16cid:durableId="426855427">
    <w:abstractNumId w:val="7"/>
  </w:num>
  <w:num w:numId="6" w16cid:durableId="281424123">
    <w:abstractNumId w:val="3"/>
  </w:num>
  <w:num w:numId="7" w16cid:durableId="1386830798">
    <w:abstractNumId w:val="2"/>
  </w:num>
  <w:num w:numId="8" w16cid:durableId="1742172342">
    <w:abstractNumId w:val="1"/>
  </w:num>
  <w:num w:numId="9" w16cid:durableId="51581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6547"/>
    <w:rsid w:val="00133D28"/>
    <w:rsid w:val="0015074B"/>
    <w:rsid w:val="001B5CF4"/>
    <w:rsid w:val="00251AB6"/>
    <w:rsid w:val="0029639D"/>
    <w:rsid w:val="00326F90"/>
    <w:rsid w:val="00614B21"/>
    <w:rsid w:val="008F3463"/>
    <w:rsid w:val="00925F00"/>
    <w:rsid w:val="00AA1D8D"/>
    <w:rsid w:val="00B47730"/>
    <w:rsid w:val="00CB0664"/>
    <w:rsid w:val="00E774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A1EAA6"/>
  <w14:defaultImageDpi w14:val="300"/>
  <w15:docId w15:val="{7741F1F2-CACC-4DE1-BD35-165BFB732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1062230924 _Sania Jagtap</cp:lastModifiedBy>
  <cp:revision>4</cp:revision>
  <dcterms:created xsi:type="dcterms:W3CDTF">2026-06-03T07:14:00Z</dcterms:created>
  <dcterms:modified xsi:type="dcterms:W3CDTF">2026-06-03T10:26:00Z</dcterms:modified>
  <cp:category/>
</cp:coreProperties>
</file>